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i w:val="0"/>
          <w:sz w:val="24"/>
        </w:rPr>
        <w:t>СОГЛАСИЕ НА РАСПРОСТРАНЕНИЕ ПЕРСОНАЛЬНЫХ ДАННЫХ</w:t>
      </w:r>
    </w:p>
    <w:p>
      <w:pPr>
        <w:jc w:val="center"/>
      </w:pPr>
      <w:r>
        <w:rPr>
          <w:rFonts w:ascii="Times New Roman" w:hAnsi="Times New Roman"/>
          <w:b w:val="0"/>
          <w:i w:val="0"/>
          <w:sz w:val="24"/>
        </w:rPr>
        <w:t>Редакция 1.0. Действует с 27.10.2026</w:t>
      </w:r>
    </w:p>
    <w:p>
      <w:pPr>
        <w:jc w:val="center"/>
      </w:pPr>
      <w:r>
        <w:rPr>
          <w:rFonts w:ascii="Times New Roman" w:hAnsi="Times New Roman"/>
          <w:b w:val="0"/>
          <w:i w:val="0"/>
          <w:sz w:val="24"/>
        </w:rPr>
        <w:t>Оператор: ООО «АВАНТАЖ». Опубликовано: syrye.ru/dokumenty/soglasie-na-rasprostranenie-personalnyh-dannyh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Согласие на обработку персональных данных, разрешённых субъектом для распространения (статья 10.1 Федерального закона от 27.07.2006 № 152-ФЗ «О персональных данных»). Оформляется отдельно от иных согласий: отметкой «Даю согласие на распространение персональных данных» при сохранении записи в базе исполнителей. Каждое сохранение записи с отметкой фиксируется в журнале согласий: редакция документа, дата, время, IP-адрес.</w:t>
      </w:r>
    </w:p>
    <w:p>
      <w:pPr>
        <w:spacing w:before="160"/>
        <w:jc w:val="left"/>
      </w:pPr>
      <w:r>
        <w:rPr>
          <w:rFonts w:ascii="Times New Roman" w:hAnsi="Times New Roman"/>
          <w:b/>
          <w:i w:val="0"/>
          <w:sz w:val="24"/>
        </w:rPr>
        <w:t>1. Кто даёт согласие и кому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1.1. Я, физическое лицо, зарегистрированное на площадке «Сырьё» (фамилия, имя, адрес электронной почты и телефон - указаны в моей учётной записи и в записи базы исполнителей), даю согласие Общество с ограниченной ответственностью «АВАНТАЖ» (ИНН 7725190506, ОГРН 1037700045591, адрес: 117525, г. Москва, ул. Днепропетровская, д. 3, корп. 5, эт. 1, пом. III, ком. 7, офис 5-3; далее - Оператор) на распространение моих персональных данных.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1.2. Информационный ресурс, на котором данные публикуются: сайт syrye.ru, раздел «База исполнителей» (syrye.ru/ispolniteli) и страница моей записи.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1.3. Цель: чтобы компании лесной отрасли могли найти меня как специалиста, бригаду или владельца техники и связаться со мной по поводу работы.</w:t>
      </w:r>
    </w:p>
    <w:p>
      <w:pPr>
        <w:spacing w:before="160"/>
        <w:jc w:val="left"/>
      </w:pPr>
      <w:r>
        <w:rPr>
          <w:rFonts w:ascii="Times New Roman" w:hAnsi="Times New Roman"/>
          <w:b/>
          <w:i w:val="0"/>
          <w:sz w:val="24"/>
        </w:rPr>
        <w:t>2. Какие данные и кому видны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677"/>
        <w:gridCol w:w="4677"/>
      </w:tblGrid>
      <w:tr>
        <w:tc>
          <w:tcPr>
            <w:tcW w:type="dxa" w:w="4677"/>
          </w:tcPr>
          <w:p>
            <w:pPr>
              <w:spacing w:after="40"/>
              <w:jc w:val="left"/>
            </w:pPr>
            <w:r/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  <w:tc>
          <w:tcPr>
            <w:tcW w:type="dxa" w:w="4677"/>
          </w:tcPr>
          <w:p>
            <w:pPr>
              <w:spacing w:after="40"/>
              <w:jc w:val="left"/>
            </w:pPr>
            <w:r/>
            <w:r>
              <w:rPr>
                <w:rFonts w:ascii="Times New Roman" w:hAnsi="Times New Roman"/>
                <w:b/>
                <w:sz w:val="20"/>
              </w:rPr>
              <w:t>Кому видны</w:t>
            </w:r>
          </w:p>
        </w:tc>
      </w:tr>
      <w:tr>
        <w:tc>
          <w:tcPr>
            <w:tcW w:type="dxa" w:w="4677"/>
          </w:tcPr>
          <w:p>
            <w:pPr>
              <w:spacing w:after="40"/>
              <w:jc w:val="left"/>
            </w:pPr>
            <w:r/>
            <w:r>
              <w:rPr>
                <w:rFonts w:ascii="Times New Roman" w:hAnsi="Times New Roman"/>
                <w:b w:val="0"/>
                <w:sz w:val="20"/>
              </w:rPr>
              <w:t>Имя (без фамилии), профессия или вид техники, регион и регионы работы, опыт, желаемая оплата, готовность к вахте, сведения о себе и о технике</w:t>
            </w:r>
          </w:p>
        </w:tc>
        <w:tc>
          <w:tcPr>
            <w:tcW w:type="dxa" w:w="4677"/>
          </w:tcPr>
          <w:p>
            <w:pPr>
              <w:spacing w:after="40"/>
              <w:jc w:val="left"/>
            </w:pPr>
            <w:r/>
            <w:r>
              <w:rPr>
                <w:rFonts w:ascii="Times New Roman" w:hAnsi="Times New Roman"/>
                <w:b w:val="0"/>
                <w:sz w:val="20"/>
              </w:rPr>
              <w:t>Всем посетителям сайта (неограниченный круг лиц)</w:t>
            </w:r>
          </w:p>
        </w:tc>
      </w:tr>
      <w:tr>
        <w:tc>
          <w:tcPr>
            <w:tcW w:type="dxa" w:w="4677"/>
          </w:tcPr>
          <w:p>
            <w:pPr>
              <w:spacing w:after="40"/>
              <w:jc w:val="left"/>
            </w:pPr>
            <w:r/>
            <w:r>
              <w:rPr>
                <w:rFonts w:ascii="Times New Roman" w:hAnsi="Times New Roman"/>
                <w:b w:val="0"/>
                <w:sz w:val="20"/>
              </w:rPr>
              <w:t>Фамилия, номер телефона для связи</w:t>
            </w:r>
          </w:p>
        </w:tc>
        <w:tc>
          <w:tcPr>
            <w:tcW w:type="dxa" w:w="4677"/>
          </w:tcPr>
          <w:p>
            <w:pPr>
              <w:spacing w:after="40"/>
              <w:jc w:val="left"/>
            </w:pPr>
            <w:r/>
            <w:r>
              <w:rPr>
                <w:rFonts w:ascii="Times New Roman" w:hAnsi="Times New Roman"/>
                <w:b w:val="0"/>
                <w:sz w:val="20"/>
              </w:rPr>
              <w:t>Только зарегистрированным на площадке компаниям после входа; каждый просмотр записывается в журнал</w:t>
            </w:r>
          </w:p>
        </w:tc>
      </w:tr>
    </w:tbl>
    <w:p/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Сведения, которые я не указал в записи, не публикуются. Адрес электронной почты учётной записи не публикуется.</w:t>
      </w:r>
    </w:p>
    <w:p>
      <w:pPr>
        <w:spacing w:before="160"/>
        <w:jc w:val="left"/>
      </w:pPr>
      <w:r>
        <w:rPr>
          <w:rFonts w:ascii="Times New Roman" w:hAnsi="Times New Roman"/>
          <w:b/>
          <w:i w:val="0"/>
          <w:sz w:val="24"/>
        </w:rPr>
        <w:t>3. Условия и запреты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3.1. Устанавливаю условие: фамилия и телефон предоставляются только зарегистрированным компаниям через личный кабинет площадки, без выгрузки списком.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3.2. Устанавливаю запрет: зарегистрированным компаниям - передавать мои фамилию и телефон третьим лицам и использовать их для целей, кроме предложения мне работы или услуг; Оператору - передавать мои данные иным лицам для распространения.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3.3. Оператор публикует данные только с этими условиями и запретами (часть 9 статьи 10.1 Закона о персональных данных).</w:t>
      </w:r>
    </w:p>
    <w:p>
      <w:pPr>
        <w:spacing w:before="160"/>
        <w:jc w:val="left"/>
      </w:pPr>
      <w:r>
        <w:rPr>
          <w:rFonts w:ascii="Times New Roman" w:hAnsi="Times New Roman"/>
          <w:b/>
          <w:i w:val="0"/>
          <w:sz w:val="24"/>
        </w:rPr>
        <w:t>4. Срок и отзыв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4.1. Согласие действует, пока запись опубликована. Запись без обновления 90 дней скрывается автоматически; снова опубликовать её можно сохранением с отметкой согласия.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4.2. Отозвать согласие можно в любой момент: скрыть или снять запись в кабинете (раздел «База исполнителей») - публикация прекращается сразу; либо направить требование по почтовому адресу 117525, г. Москва, ул. Днепропетровская, д. 3, корп. 5, эт. 1, пом. III, ком. 7, офис 5-3. Требование должно содержать фамилию, имя, отчество, контактные данные (почту или телефон) и перечень данных, распространение которых нужно прекратить. Оператор прекращает распространение не позднее 3 рабочих дней с момента получения требования (часть 14 статьи 10.1).</w:t>
      </w:r>
    </w:p>
    <w:p>
      <w:pPr>
        <w:spacing w:before="160"/>
        <w:jc w:val="left"/>
      </w:pPr>
      <w:r>
        <w:rPr>
          <w:rFonts w:ascii="Times New Roman" w:hAnsi="Times New Roman"/>
          <w:b/>
          <w:i w:val="0"/>
          <w:sz w:val="24"/>
        </w:rPr>
        <w:t>5. Запись компании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Если запись в базе исполнителей размещает компания (бригада, техника с экипажем), она публикует сведения о себе как об организации. Телефон в такой записи должен быть служебным; если это личный номер работника, компания подтверждает, что получила согласие этого работника на его публикацию.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Прочие условия обработки - в Политике обработки персональных данных и Согласии на обработку персональных данных.</w:t>
      </w:r>
    </w:p>
    <w:p>
      <w:pPr>
        <w:spacing w:before="240"/>
        <w:jc w:val="left"/>
      </w:pPr>
      <w:r>
        <w:rPr>
          <w:rFonts w:ascii="Times New Roman" w:hAnsi="Times New Roman"/>
          <w:b/>
          <w:i w:val="0"/>
          <w:sz w:val="24"/>
        </w:rPr>
        <w:t>Реквизиты оператора</w:t>
      </w:r>
    </w:p>
    <w:p>
      <w:pPr>
        <w:jc w:val="left"/>
      </w:pPr>
      <w:r>
        <w:rPr>
          <w:rFonts w:ascii="Times New Roman" w:hAnsi="Times New Roman"/>
          <w:b w:val="0"/>
          <w:i w:val="0"/>
          <w:sz w:val="24"/>
        </w:rPr>
        <w:t>Общество с ограниченной ответственностью «АВАНТАЖ» (ООО «АВАНТАЖ»)</w:t>
      </w:r>
    </w:p>
    <w:p>
      <w:pPr>
        <w:jc w:val="left"/>
      </w:pPr>
      <w:r>
        <w:rPr>
          <w:rFonts w:ascii="Times New Roman" w:hAnsi="Times New Roman"/>
          <w:b w:val="0"/>
          <w:i w:val="0"/>
          <w:sz w:val="24"/>
        </w:rPr>
        <w:t>ИНН 7725190506, КПП 772601001, ОГРН 1037700045591</w:t>
      </w:r>
    </w:p>
    <w:p>
      <w:pPr>
        <w:jc w:val="left"/>
      </w:pPr>
      <w:r>
        <w:rPr>
          <w:rFonts w:ascii="Times New Roman" w:hAnsi="Times New Roman"/>
          <w:b w:val="0"/>
          <w:i w:val="0"/>
          <w:sz w:val="24"/>
        </w:rPr>
        <w:t>Адрес: 117525, г. Москва, ул. Днепропетровская, д. 3, корп. 5, эт. 1, пом. III, ком. 7, офис 5-3</w:t>
      </w:r>
    </w:p>
    <w:p>
      <w:pPr>
        <w:jc w:val="left"/>
      </w:pPr>
      <w:r>
        <w:rPr>
          <w:rFonts w:ascii="Times New Roman" w:hAnsi="Times New Roman"/>
          <w:b w:val="0"/>
          <w:i w:val="0"/>
          <w:sz w:val="24"/>
        </w:rPr>
        <w:t>Р/с 40702810138000039869 в ПАО СБЕРБАНК, г. Москва, БИК 044525225, к/с 30101810400000000225</w:t>
      </w:r>
    </w:p>
    <w:p>
      <w:pPr>
        <w:jc w:val="left"/>
      </w:pPr>
      <w:r>
        <w:rPr>
          <w:rFonts w:ascii="Times New Roman" w:hAnsi="Times New Roman"/>
          <w:b w:val="0"/>
          <w:i w:val="0"/>
          <w:sz w:val="24"/>
        </w:rPr>
        <w:t>Генеральный директор Борисюк М.А.</w:t>
      </w:r>
    </w:p>
    <w:p>
      <w:pPr>
        <w:jc w:val="left"/>
      </w:pPr>
      <w:r>
        <w:rPr>
          <w:rFonts w:ascii="Times New Roman" w:hAnsi="Times New Roman"/>
          <w:b w:val="0"/>
          <w:i w:val="0"/>
          <w:sz w:val="24"/>
        </w:rPr>
        <w:t>Сайт: syrye.ru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20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before="0"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