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i w:val="0"/>
          <w:sz w:val="24"/>
        </w:rPr>
        <w:t>СОГЛАСИЕ НА ПОЛУЧЕНИЕ ИНФОРМАЦИОННЫХ И РЕКЛАМНЫХ СООБЩЕНИЙ</w:t>
      </w:r>
    </w:p>
    <w:p>
      <w:pPr>
        <w:jc w:val="center"/>
      </w:pPr>
      <w:r>
        <w:rPr>
          <w:rFonts w:ascii="Times New Roman" w:hAnsi="Times New Roman"/>
          <w:b w:val="0"/>
          <w:i w:val="0"/>
          <w:sz w:val="24"/>
        </w:rPr>
        <w:t>Редакция 1.0. Действует с 27.10.2026</w:t>
      </w:r>
    </w:p>
    <w:p>
      <w:pPr>
        <w:jc w:val="center"/>
      </w:pPr>
      <w:r>
        <w:rPr>
          <w:rFonts w:ascii="Times New Roman" w:hAnsi="Times New Roman"/>
          <w:b w:val="0"/>
          <w:i w:val="0"/>
          <w:sz w:val="24"/>
        </w:rPr>
        <w:t>Оператор: ООО «АВАНТАЖ». Опубликовано: syrye.ru/dokumenty/soglasie-na-rassylki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Согласие на получение информационных и рекламных сообщений (часть 1 статьи 18 Федерального закона от 13.03.2006 № 38-ФЗ «О рекламе»). Необязательное: без него можно зарегистрироваться и пользоваться площадкой. Даётся отдельной отметкой «Хочу получать новости и предложения площадки» при регистрации, при входе или переключателем в разделе «Уведомления». Каждое включение и отключение записывается в журнал согласий: редакция документа, дата, время, IP-адрес.</w:t>
      </w:r>
    </w:p>
    <w:p>
      <w:pPr>
        <w:spacing w:before="160"/>
        <w:jc w:val="left"/>
      </w:pPr>
      <w:r>
        <w:rPr>
          <w:rFonts w:ascii="Times New Roman" w:hAnsi="Times New Roman"/>
          <w:b/>
          <w:i w:val="0"/>
          <w:sz w:val="24"/>
        </w:rPr>
        <w:t>1. Кто даёт согласие и кому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Я, Пользователь площадки «Сырьё», отметивший согласие, даю Общество с ограниченной ответственностью «АВАНТАЖ» (ИНН 7725190506, ОГРН 1037700045591, адрес: 117525, г. Москва, ул. Днепропетровская, д. 3, корп. 5, эт. 1, пом. III, ком. 7, офис 5-3; далее - Оператор) согласие получать информационные и рекламные сообщения и на обработку для этого моих персональных данных.</w:t>
      </w:r>
    </w:p>
    <w:p>
      <w:pPr>
        <w:spacing w:before="160"/>
        <w:jc w:val="left"/>
      </w:pPr>
      <w:r>
        <w:rPr>
          <w:rFonts w:ascii="Times New Roman" w:hAnsi="Times New Roman"/>
          <w:b/>
          <w:i w:val="0"/>
          <w:sz w:val="24"/>
        </w:rPr>
        <w:t>2. Что будет приходить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- новости площадки: новые разделы, возможности, изменения правил;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- предложения платных услуг площадки (аккредитация, сопровождение, Торговый дом), скидки и акции;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- обзоры рынка и индекса цен, приглашения на мероприятия и опросы.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Служебные сообщения - код входа, ответы на мои заявки и предложения, счета, уведомления о событиях, которые я включил в настройках, - не являются рекламой и приходят независимо от этого согласия.</w:t>
      </w:r>
    </w:p>
    <w:p>
      <w:pPr>
        <w:spacing w:before="160"/>
        <w:jc w:val="left"/>
      </w:pPr>
      <w:r>
        <w:rPr>
          <w:rFonts w:ascii="Times New Roman" w:hAnsi="Times New Roman"/>
          <w:b/>
          <w:i w:val="0"/>
          <w:sz w:val="24"/>
        </w:rPr>
        <w:t>3. Каналы и данные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Каналы: электронная почта, указанная в учётной записи; Telegram-бот площадки - если я его подключил. Данные: имя, адрес электронной почты, идентификатор чата Telegram, сведения о доставке и открытии сообщений.</w:t>
      </w:r>
    </w:p>
    <w:p>
      <w:pPr>
        <w:spacing w:before="160"/>
        <w:jc w:val="left"/>
      </w:pPr>
      <w:r>
        <w:rPr>
          <w:rFonts w:ascii="Times New Roman" w:hAnsi="Times New Roman"/>
          <w:b/>
          <w:i w:val="0"/>
          <w:sz w:val="24"/>
        </w:rPr>
        <w:t>4. Срок и отказ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4.1. Согласие действует до отзыва.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4.2. Отказаться можно в любой момент: выключить переключатель «Новости и предложения площадки» в разделе «Уведомления» кабинета; перейти по ссылке отказа в рекламном письме; направить заявление по почтовому адресу 117525, г. Москва, ул. Днепропетровская, д. 3, корп. 5, эт. 1, пом. III, ком. 7, офис 5-3. Оператор прекращает рассылку немедленно после получения отказа (часть 1 статьи 18 Закона о рекламе, статья 15 Закона о персональных данных).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Прочие условия обработки данных - в Политике обработки персональных данных.</w:t>
      </w:r>
    </w:p>
    <w:p>
      <w:pPr>
        <w:spacing w:before="240"/>
        <w:jc w:val="left"/>
      </w:pPr>
      <w:r>
        <w:rPr>
          <w:rFonts w:ascii="Times New Roman" w:hAnsi="Times New Roman"/>
          <w:b/>
          <w:i w:val="0"/>
          <w:sz w:val="24"/>
        </w:rPr>
        <w:t>Реквизиты оператора</w:t>
      </w:r>
    </w:p>
    <w:p>
      <w:pPr>
        <w:jc w:val="left"/>
      </w:pPr>
      <w:r>
        <w:rPr>
          <w:rFonts w:ascii="Times New Roman" w:hAnsi="Times New Roman"/>
          <w:b w:val="0"/>
          <w:i w:val="0"/>
          <w:sz w:val="24"/>
        </w:rPr>
        <w:t>Общество с ограниченной ответственностью «АВАНТАЖ» (ООО «АВАНТАЖ»)</w:t>
      </w:r>
    </w:p>
    <w:p>
      <w:pPr>
        <w:jc w:val="left"/>
      </w:pPr>
      <w:r>
        <w:rPr>
          <w:rFonts w:ascii="Times New Roman" w:hAnsi="Times New Roman"/>
          <w:b w:val="0"/>
          <w:i w:val="0"/>
          <w:sz w:val="24"/>
        </w:rPr>
        <w:t>ИНН 7725190506, КПП 772601001, ОГРН 1037700045591</w:t>
      </w:r>
    </w:p>
    <w:p>
      <w:pPr>
        <w:jc w:val="left"/>
      </w:pPr>
      <w:r>
        <w:rPr>
          <w:rFonts w:ascii="Times New Roman" w:hAnsi="Times New Roman"/>
          <w:b w:val="0"/>
          <w:i w:val="0"/>
          <w:sz w:val="24"/>
        </w:rPr>
        <w:t>Адрес: 117525, г. Москва, ул. Днепропетровская, д. 3, корп. 5, эт. 1, пом. III, ком. 7, офис 5-3</w:t>
      </w:r>
    </w:p>
    <w:p>
      <w:pPr>
        <w:jc w:val="left"/>
      </w:pPr>
      <w:r>
        <w:rPr>
          <w:rFonts w:ascii="Times New Roman" w:hAnsi="Times New Roman"/>
          <w:b w:val="0"/>
          <w:i w:val="0"/>
          <w:sz w:val="24"/>
        </w:rPr>
        <w:t>Р/с 40702810138000039869 в ПАО СБЕРБАНК, г. Москва, БИК 044525225, к/с 30101810400000000225</w:t>
      </w:r>
    </w:p>
    <w:p>
      <w:pPr>
        <w:jc w:val="left"/>
      </w:pPr>
      <w:r>
        <w:rPr>
          <w:rFonts w:ascii="Times New Roman" w:hAnsi="Times New Roman"/>
          <w:b w:val="0"/>
          <w:i w:val="0"/>
          <w:sz w:val="24"/>
        </w:rPr>
        <w:t>Генеральный директор Борисюк М.А.</w:t>
      </w:r>
    </w:p>
    <w:p>
      <w:pPr>
        <w:jc w:val="left"/>
      </w:pPr>
      <w:r>
        <w:rPr>
          <w:rFonts w:ascii="Times New Roman" w:hAnsi="Times New Roman"/>
          <w:b w:val="0"/>
          <w:i w:val="0"/>
          <w:sz w:val="24"/>
        </w:rPr>
        <w:t>Сайт: syrye.ru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0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before="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